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D1122" w:rsidRPr="00001265" w:rsidRDefault="00000000">
      <w:pPr>
        <w:pBdr>
          <w:bottom w:val="single" w:sz="6" w:space="1" w:color="auto"/>
        </w:pBdr>
        <w:rPr>
          <w:b/>
          <w:bCs/>
          <w:sz w:val="28"/>
          <w:szCs w:val="28"/>
        </w:rPr>
      </w:pPr>
      <w:r w:rsidRPr="00001265">
        <w:rPr>
          <w:b/>
          <w:bCs/>
          <w:sz w:val="28"/>
          <w:szCs w:val="28"/>
        </w:rPr>
        <w:t>PROFESSIONAL SUMMARY</w:t>
      </w:r>
    </w:p>
    <w:p w:rsidR="007177C8" w:rsidRDefault="00AD42BA">
      <w:pPr>
        <w:pBdr>
          <w:bottom w:val="single" w:sz="12" w:space="1" w:color="auto"/>
        </w:pBdr>
      </w:pPr>
      <w:r>
        <w:t>M</w:t>
      </w:r>
      <w:r w:rsidR="005639C9">
        <w:t>usic educator</w:t>
      </w:r>
      <w:r w:rsidR="004F5BF0">
        <w:t xml:space="preserve">, </w:t>
      </w:r>
      <w:r w:rsidR="005639C9">
        <w:t>professional musician</w:t>
      </w:r>
      <w:r w:rsidR="004F5BF0">
        <w:t>, and actor</w:t>
      </w:r>
      <w:r w:rsidR="005639C9">
        <w:t xml:space="preserve"> of multiple disciplines</w:t>
      </w:r>
      <w:r w:rsidR="004F5BF0">
        <w:t xml:space="preserve"> with over </w:t>
      </w:r>
      <w:r w:rsidR="00881D02">
        <w:t xml:space="preserve">15 years of </w:t>
      </w:r>
      <w:r w:rsidR="005639C9">
        <w:t xml:space="preserve">experience in private instruction, </w:t>
      </w:r>
      <w:r w:rsidR="009A0325">
        <w:t xml:space="preserve">ensemble leadership, </w:t>
      </w:r>
      <w:r w:rsidR="004F5BF0">
        <w:t xml:space="preserve">group lessons, </w:t>
      </w:r>
      <w:r w:rsidR="009A0325">
        <w:t xml:space="preserve">and </w:t>
      </w:r>
      <w:r w:rsidR="00881D02">
        <w:t xml:space="preserve">more than 30 years of </w:t>
      </w:r>
      <w:r w:rsidR="009A0325">
        <w:t>perform</w:t>
      </w:r>
      <w:r w:rsidR="004F5BF0">
        <w:t>ance</w:t>
      </w:r>
      <w:r w:rsidR="009A0325">
        <w:t>. Specializes</w:t>
      </w:r>
      <w:r w:rsidR="005639C9">
        <w:t xml:space="preserve"> in student-centered music education, songwriting, multi-instrumental instruction, and </w:t>
      </w:r>
      <w:r w:rsidR="009A0325">
        <w:t xml:space="preserve">the development of </w:t>
      </w:r>
      <w:r w:rsidR="005639C9">
        <w:t>narrative-based learning</w:t>
      </w:r>
      <w:r w:rsidR="009A0325">
        <w:t xml:space="preserve"> in</w:t>
      </w:r>
      <w:r w:rsidR="004F5BF0">
        <w:t xml:space="preserve"> music </w:t>
      </w:r>
      <w:r w:rsidR="009A0325">
        <w:t>education</w:t>
      </w:r>
      <w:r w:rsidR="004F5BF0">
        <w:t xml:space="preserve"> settings</w:t>
      </w:r>
      <w:r w:rsidR="005639C9">
        <w:t xml:space="preserve">. </w:t>
      </w:r>
    </w:p>
    <w:p w:rsidR="006D1122" w:rsidRPr="00001265" w:rsidRDefault="007177C8" w:rsidP="007177C8">
      <w:pPr>
        <w:pBdr>
          <w:bottom w:val="single" w:sz="12" w:space="1" w:color="auto"/>
        </w:pBdr>
        <w:rPr>
          <w:sz w:val="28"/>
          <w:szCs w:val="28"/>
        </w:rPr>
      </w:pPr>
      <w:r w:rsidRPr="00001265">
        <w:rPr>
          <w:b/>
          <w:bCs/>
          <w:sz w:val="28"/>
          <w:szCs w:val="28"/>
        </w:rPr>
        <w:t>EDUCATION</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632"/>
        <w:gridCol w:w="1728"/>
      </w:tblGrid>
      <w:tr w:rsidR="00FF0127" w:rsidTr="00881D02">
        <w:trPr>
          <w:trHeight w:val="360"/>
        </w:trPr>
        <w:tc>
          <w:tcPr>
            <w:tcW w:w="7632" w:type="dxa"/>
          </w:tcPr>
          <w:p w:rsidR="00FF0127" w:rsidRDefault="00FF0127" w:rsidP="00881D02">
            <w:r w:rsidRPr="00881D02">
              <w:rPr>
                <w:b/>
                <w:bCs/>
              </w:rPr>
              <w:t>The Pennsylvania State University</w:t>
            </w:r>
            <w:r>
              <w:t xml:space="preserve"> — University Park, PA</w:t>
            </w:r>
          </w:p>
        </w:tc>
        <w:tc>
          <w:tcPr>
            <w:tcW w:w="1728" w:type="dxa"/>
          </w:tcPr>
          <w:p w:rsidR="00FF0127" w:rsidRDefault="00FF0127" w:rsidP="00FF0127">
            <w:pPr>
              <w:jc w:val="right"/>
            </w:pPr>
            <w:r w:rsidRPr="00AD42BA">
              <w:rPr>
                <w:b/>
                <w:bCs/>
              </w:rPr>
              <w:t>2024-</w:t>
            </w:r>
            <w:r w:rsidRPr="004356BE">
              <w:rPr>
                <w:b/>
                <w:bCs/>
              </w:rPr>
              <w:t>Present</w:t>
            </w:r>
          </w:p>
        </w:tc>
      </w:tr>
      <w:tr w:rsidR="00FF0127" w:rsidTr="00881D02">
        <w:trPr>
          <w:trHeight w:val="328"/>
        </w:trPr>
        <w:tc>
          <w:tcPr>
            <w:tcW w:w="7632" w:type="dxa"/>
          </w:tcPr>
          <w:p w:rsidR="00FF0127" w:rsidRDefault="00FF0127" w:rsidP="004356BE">
            <w:r>
              <w:t xml:space="preserve">Post-Baccalaureate / </w:t>
            </w:r>
            <w:r w:rsidR="004356BE">
              <w:t>Instructional I Certification in Music Education</w:t>
            </w:r>
          </w:p>
          <w:p w:rsidR="00FF0127" w:rsidRDefault="00FF0127" w:rsidP="00FF0127">
            <w:pPr>
              <w:pStyle w:val="ListParagraph"/>
            </w:pPr>
          </w:p>
        </w:tc>
        <w:tc>
          <w:tcPr>
            <w:tcW w:w="1728" w:type="dxa"/>
          </w:tcPr>
          <w:p w:rsidR="00FF0127" w:rsidRDefault="00FF0127"/>
        </w:tc>
      </w:tr>
      <w:tr w:rsidR="00FF0127" w:rsidTr="00881D02">
        <w:trPr>
          <w:trHeight w:val="360"/>
        </w:trPr>
        <w:tc>
          <w:tcPr>
            <w:tcW w:w="7632" w:type="dxa"/>
          </w:tcPr>
          <w:p w:rsidR="00FF0127" w:rsidRDefault="00FF0127" w:rsidP="00FF0127">
            <w:r w:rsidRPr="00881D02">
              <w:rPr>
                <w:b/>
                <w:bCs/>
              </w:rPr>
              <w:t>The Pennsylvania State University</w:t>
            </w:r>
            <w:r>
              <w:t xml:space="preserve"> — University Park, PA</w:t>
            </w:r>
          </w:p>
        </w:tc>
        <w:tc>
          <w:tcPr>
            <w:tcW w:w="1728" w:type="dxa"/>
          </w:tcPr>
          <w:p w:rsidR="00FF0127" w:rsidRPr="00FF0127" w:rsidRDefault="00FF0127" w:rsidP="00FF0127">
            <w:pPr>
              <w:jc w:val="right"/>
              <w:rPr>
                <w:b/>
                <w:bCs/>
              </w:rPr>
            </w:pPr>
            <w:r w:rsidRPr="00AD42BA">
              <w:rPr>
                <w:b/>
                <w:bCs/>
              </w:rPr>
              <w:t>2012</w:t>
            </w:r>
          </w:p>
        </w:tc>
      </w:tr>
      <w:tr w:rsidR="00FF0127" w:rsidTr="00881D02">
        <w:trPr>
          <w:trHeight w:val="328"/>
        </w:trPr>
        <w:tc>
          <w:tcPr>
            <w:tcW w:w="7632" w:type="dxa"/>
          </w:tcPr>
          <w:p w:rsidR="00FF0127" w:rsidRDefault="00FF0127" w:rsidP="004356BE">
            <w:r>
              <w:t>Bachelor of Arts</w:t>
            </w:r>
            <w:r w:rsidR="004356BE">
              <w:t xml:space="preserve">: </w:t>
            </w:r>
            <w:r w:rsidR="004F5BF0">
              <w:t>Music</w:t>
            </w:r>
            <w:r w:rsidR="004356BE">
              <w:t xml:space="preserve"> – Primary instrument, Voice</w:t>
            </w:r>
          </w:p>
          <w:p w:rsidR="00FF0127" w:rsidRDefault="00FF0127" w:rsidP="00FF0127">
            <w:pPr>
              <w:pStyle w:val="ListParagraph"/>
            </w:pPr>
          </w:p>
        </w:tc>
        <w:tc>
          <w:tcPr>
            <w:tcW w:w="1728" w:type="dxa"/>
          </w:tcPr>
          <w:p w:rsidR="00FF0127" w:rsidRDefault="00FF0127" w:rsidP="00FF0127"/>
        </w:tc>
      </w:tr>
      <w:tr w:rsidR="00FF0127" w:rsidTr="00881D02">
        <w:trPr>
          <w:trHeight w:val="360"/>
        </w:trPr>
        <w:tc>
          <w:tcPr>
            <w:tcW w:w="7632" w:type="dxa"/>
          </w:tcPr>
          <w:p w:rsidR="00FF0127" w:rsidRDefault="00881D02" w:rsidP="00FF0127">
            <w:r w:rsidRPr="00881D02">
              <w:rPr>
                <w:b/>
                <w:bCs/>
              </w:rPr>
              <w:t>State College Area High School</w:t>
            </w:r>
            <w:r>
              <w:t xml:space="preserve"> — State College, PA</w:t>
            </w:r>
          </w:p>
        </w:tc>
        <w:tc>
          <w:tcPr>
            <w:tcW w:w="1728" w:type="dxa"/>
          </w:tcPr>
          <w:p w:rsidR="00FF0127" w:rsidRPr="00FF0127" w:rsidRDefault="00FF0127" w:rsidP="00FF0127">
            <w:pPr>
              <w:jc w:val="right"/>
              <w:rPr>
                <w:b/>
                <w:bCs/>
              </w:rPr>
            </w:pPr>
            <w:r w:rsidRPr="00FF0127">
              <w:rPr>
                <w:b/>
                <w:bCs/>
              </w:rPr>
              <w:t>2007</w:t>
            </w:r>
          </w:p>
        </w:tc>
      </w:tr>
    </w:tbl>
    <w:p w:rsidR="005639C9" w:rsidRPr="00001265" w:rsidRDefault="005639C9">
      <w:pPr>
        <w:pBdr>
          <w:bottom w:val="single" w:sz="12" w:space="1" w:color="auto"/>
        </w:pBdr>
        <w:rPr>
          <w:sz w:val="28"/>
          <w:szCs w:val="28"/>
        </w:rPr>
      </w:pPr>
    </w:p>
    <w:p w:rsidR="007177C8" w:rsidRPr="00001265" w:rsidRDefault="007177C8">
      <w:pPr>
        <w:pBdr>
          <w:bottom w:val="single" w:sz="12" w:space="1" w:color="auto"/>
        </w:pBdr>
        <w:rPr>
          <w:sz w:val="28"/>
          <w:szCs w:val="28"/>
        </w:rPr>
      </w:pPr>
      <w:r w:rsidRPr="00001265">
        <w:rPr>
          <w:b/>
          <w:bCs/>
          <w:sz w:val="28"/>
          <w:szCs w:val="28"/>
        </w:rPr>
        <w:t>TEACHING and PROFESSIONAL EXPERIENCE</w:t>
      </w:r>
    </w:p>
    <w:tbl>
      <w:tblPr>
        <w:tblStyle w:val="TableGrid"/>
        <w:tblpPr w:leftFromText="180" w:rightFromText="180" w:vertAnchor="text" w:horzAnchor="margin" w:tblpY="18"/>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656"/>
        <w:gridCol w:w="1704"/>
      </w:tblGrid>
      <w:tr w:rsidR="00001265" w:rsidTr="003C1E97">
        <w:trPr>
          <w:trHeight w:val="360"/>
        </w:trPr>
        <w:tc>
          <w:tcPr>
            <w:tcW w:w="7656" w:type="dxa"/>
          </w:tcPr>
          <w:p w:rsidR="007177C8" w:rsidRDefault="007177C8" w:rsidP="007177C8">
            <w:r w:rsidRPr="00881D02">
              <w:rPr>
                <w:b/>
                <w:bCs/>
              </w:rPr>
              <w:t>Student Teacher: Keystone Central School District</w:t>
            </w:r>
            <w:r>
              <w:t xml:space="preserve"> — Mill Hall, PA</w:t>
            </w:r>
          </w:p>
          <w:p w:rsidR="007177C8" w:rsidRDefault="007177C8" w:rsidP="004356BE">
            <w:r>
              <w:t>Central Mountain High School</w:t>
            </w:r>
            <w:r w:rsidR="004F5BF0">
              <w:t xml:space="preserve"> (March 16</w:t>
            </w:r>
            <w:r w:rsidR="004F5BF0" w:rsidRPr="004356BE">
              <w:rPr>
                <w:vertAlign w:val="superscript"/>
              </w:rPr>
              <w:t>th</w:t>
            </w:r>
            <w:r w:rsidR="004F5BF0">
              <w:t>, 2026</w:t>
            </w:r>
            <w:r w:rsidR="004356BE">
              <w:t xml:space="preserve"> – May 8</w:t>
            </w:r>
            <w:r w:rsidR="004356BE" w:rsidRPr="004356BE">
              <w:rPr>
                <w:vertAlign w:val="superscript"/>
              </w:rPr>
              <w:t>th</w:t>
            </w:r>
            <w:r w:rsidR="004356BE">
              <w:t>, 2026</w:t>
            </w:r>
            <w:r w:rsidR="004F5BF0">
              <w:t>)</w:t>
            </w:r>
          </w:p>
          <w:p w:rsidR="004356BE" w:rsidRDefault="004356BE" w:rsidP="004356BE"/>
        </w:tc>
        <w:tc>
          <w:tcPr>
            <w:tcW w:w="1704" w:type="dxa"/>
          </w:tcPr>
          <w:p w:rsidR="007177C8" w:rsidRDefault="007177C8" w:rsidP="007177C8">
            <w:pPr>
              <w:jc w:val="right"/>
            </w:pPr>
            <w:r w:rsidRPr="00AD42BA">
              <w:rPr>
                <w:b/>
                <w:bCs/>
              </w:rPr>
              <w:t>20</w:t>
            </w:r>
            <w:r>
              <w:rPr>
                <w:b/>
                <w:bCs/>
              </w:rPr>
              <w:t>26</w:t>
            </w:r>
            <w:r w:rsidRPr="00AD42BA">
              <w:rPr>
                <w:b/>
                <w:bCs/>
              </w:rPr>
              <w:t>-</w:t>
            </w:r>
            <w:r w:rsidRPr="004356BE">
              <w:rPr>
                <w:b/>
                <w:bCs/>
              </w:rPr>
              <w:t>Present</w:t>
            </w:r>
          </w:p>
        </w:tc>
      </w:tr>
      <w:tr w:rsidR="00001265" w:rsidTr="003C1E97">
        <w:trPr>
          <w:trHeight w:val="328"/>
        </w:trPr>
        <w:tc>
          <w:tcPr>
            <w:tcW w:w="7656" w:type="dxa"/>
          </w:tcPr>
          <w:p w:rsidR="007177C8" w:rsidRDefault="004F5BF0" w:rsidP="007177C8">
            <w:r>
              <w:t>Taught</w:t>
            </w:r>
            <w:r w:rsidR="007177C8">
              <w:t xml:space="preserve"> grades 9-12: Three levels of Rock Band (including a period with an at-risk SEL class), class piano with multiple experience levels, world drumming</w:t>
            </w:r>
            <w:r w:rsidR="004356BE">
              <w:t xml:space="preserve"> class</w:t>
            </w:r>
            <w:r w:rsidR="007177C8">
              <w:t xml:space="preserve">, and </w:t>
            </w:r>
            <w:r w:rsidR="004356BE">
              <w:t xml:space="preserve">school </w:t>
            </w:r>
            <w:r w:rsidR="007177C8">
              <w:t xml:space="preserve">chorus. Followed current curriculum structure in all classes while creating and teaching lessons, leading warm-ups and rehearsals in ensembles. Assisted with spring musical, </w:t>
            </w:r>
            <w:r w:rsidR="007177C8" w:rsidRPr="004356BE">
              <w:rPr>
                <w:i/>
                <w:iCs/>
              </w:rPr>
              <w:t>Hades</w:t>
            </w:r>
            <w:r w:rsidR="004356BE" w:rsidRPr="004356BE">
              <w:rPr>
                <w:i/>
                <w:iCs/>
              </w:rPr>
              <w:t>t</w:t>
            </w:r>
            <w:r w:rsidR="007177C8" w:rsidRPr="004356BE">
              <w:rPr>
                <w:i/>
                <w:iCs/>
              </w:rPr>
              <w:t>own</w:t>
            </w:r>
            <w:r w:rsidR="007177C8">
              <w:t xml:space="preserve">, and played </w:t>
            </w:r>
            <w:r w:rsidR="004356BE">
              <w:t xml:space="preserve">the </w:t>
            </w:r>
            <w:r w:rsidR="007177C8">
              <w:t>guitar</w:t>
            </w:r>
            <w:r w:rsidR="004356BE">
              <w:t xml:space="preserve"> book</w:t>
            </w:r>
            <w:r w:rsidR="007177C8">
              <w:t xml:space="preserve"> </w:t>
            </w:r>
            <w:r w:rsidR="00D4222D">
              <w:t xml:space="preserve">in the pit </w:t>
            </w:r>
            <w:r w:rsidR="007177C8">
              <w:t>orchestra for the show.</w:t>
            </w:r>
            <w:r w:rsidR="004356BE">
              <w:t xml:space="preserve"> Worked with various students on individual and group projects, voice coaching for performance and auditions purposes, theater coaching, and choreography.</w:t>
            </w:r>
          </w:p>
          <w:p w:rsidR="007177C8" w:rsidRDefault="007177C8" w:rsidP="007177C8"/>
        </w:tc>
        <w:tc>
          <w:tcPr>
            <w:tcW w:w="1704" w:type="dxa"/>
          </w:tcPr>
          <w:p w:rsidR="007177C8" w:rsidRDefault="007177C8" w:rsidP="007177C8"/>
        </w:tc>
      </w:tr>
      <w:tr w:rsidR="00001265" w:rsidTr="003C1E97">
        <w:trPr>
          <w:trHeight w:val="360"/>
        </w:trPr>
        <w:tc>
          <w:tcPr>
            <w:tcW w:w="7656" w:type="dxa"/>
          </w:tcPr>
          <w:p w:rsidR="007177C8" w:rsidRDefault="007177C8" w:rsidP="007177C8">
            <w:r w:rsidRPr="00881D02">
              <w:rPr>
                <w:b/>
                <w:bCs/>
              </w:rPr>
              <w:t>Student Teacher</w:t>
            </w:r>
            <w:r>
              <w:rPr>
                <w:b/>
                <w:bCs/>
              </w:rPr>
              <w:t xml:space="preserve">: </w:t>
            </w:r>
            <w:r w:rsidRPr="00881D02">
              <w:rPr>
                <w:b/>
                <w:bCs/>
              </w:rPr>
              <w:t xml:space="preserve"> Bald Eagle Area School District</w:t>
            </w:r>
            <w:r>
              <w:t xml:space="preserve"> — Milesburg, PA</w:t>
            </w:r>
          </w:p>
          <w:p w:rsidR="007177C8" w:rsidRDefault="007177C8" w:rsidP="004356BE">
            <w:r>
              <w:t>Wingate Elementary</w:t>
            </w:r>
            <w:r w:rsidR="004356BE">
              <w:t xml:space="preserve"> </w:t>
            </w:r>
            <w:r w:rsidR="004356BE">
              <w:t>(</w:t>
            </w:r>
            <w:r w:rsidR="004356BE">
              <w:t>January 6th</w:t>
            </w:r>
            <w:r w:rsidR="004356BE">
              <w:t>, 2026 – M</w:t>
            </w:r>
            <w:r w:rsidR="004356BE">
              <w:t>arch 13</w:t>
            </w:r>
            <w:r w:rsidR="004356BE" w:rsidRPr="004356BE">
              <w:rPr>
                <w:vertAlign w:val="superscript"/>
              </w:rPr>
              <w:t>th</w:t>
            </w:r>
            <w:r w:rsidR="004356BE">
              <w:t>, 2026)</w:t>
            </w:r>
          </w:p>
          <w:p w:rsidR="004356BE" w:rsidRDefault="004356BE" w:rsidP="004356BE"/>
        </w:tc>
        <w:tc>
          <w:tcPr>
            <w:tcW w:w="1704" w:type="dxa"/>
          </w:tcPr>
          <w:p w:rsidR="007177C8" w:rsidRPr="00FF0127" w:rsidRDefault="007177C8" w:rsidP="007177C8">
            <w:pPr>
              <w:jc w:val="right"/>
              <w:rPr>
                <w:b/>
                <w:bCs/>
              </w:rPr>
            </w:pPr>
            <w:r w:rsidRPr="00AD42BA">
              <w:rPr>
                <w:b/>
                <w:bCs/>
              </w:rPr>
              <w:t>20</w:t>
            </w:r>
            <w:r>
              <w:rPr>
                <w:b/>
                <w:bCs/>
              </w:rPr>
              <w:t>26</w:t>
            </w:r>
            <w:r w:rsidRPr="00AD42BA">
              <w:rPr>
                <w:b/>
                <w:bCs/>
              </w:rPr>
              <w:t>-</w:t>
            </w:r>
            <w:r w:rsidRPr="004356BE">
              <w:rPr>
                <w:b/>
                <w:bCs/>
              </w:rPr>
              <w:t>Present</w:t>
            </w:r>
          </w:p>
        </w:tc>
      </w:tr>
      <w:tr w:rsidR="00001265" w:rsidTr="003C1E97">
        <w:trPr>
          <w:trHeight w:val="328"/>
        </w:trPr>
        <w:tc>
          <w:tcPr>
            <w:tcW w:w="7656" w:type="dxa"/>
          </w:tcPr>
          <w:p w:rsidR="007177C8" w:rsidRDefault="007177C8" w:rsidP="007177C8">
            <w:r>
              <w:t>Taught grades K-5</w:t>
            </w:r>
            <w:r>
              <w:rPr>
                <w:vertAlign w:val="superscript"/>
              </w:rPr>
              <w:t xml:space="preserve"> </w:t>
            </w:r>
            <w:r>
              <w:t>one class of each grade per day. Designed units and lesson plans for each grade based on collaborative teachers’ goals and students’ current knowledge base. Introduced 3</w:t>
            </w:r>
            <w:r w:rsidRPr="008D5B10">
              <w:rPr>
                <w:vertAlign w:val="superscript"/>
              </w:rPr>
              <w:t>rd</w:t>
            </w:r>
            <w:r>
              <w:t xml:space="preserve"> grade to recorders. Implemented and refined a one-of-a-kind narrative-based music education framework, “Ollie Orangutan”, with grades K-3.</w:t>
            </w:r>
            <w:r w:rsidR="004356BE">
              <w:t xml:space="preserve"> Created and taught multiple original songs and SEL based learning practices for daily routine and structured learning within the context of narrative and musical play.</w:t>
            </w:r>
          </w:p>
          <w:p w:rsidR="007177C8" w:rsidRDefault="007177C8" w:rsidP="007177C8"/>
        </w:tc>
        <w:tc>
          <w:tcPr>
            <w:tcW w:w="1704" w:type="dxa"/>
          </w:tcPr>
          <w:p w:rsidR="007177C8" w:rsidRDefault="007177C8" w:rsidP="007177C8"/>
        </w:tc>
      </w:tr>
      <w:tr w:rsidR="00001265" w:rsidTr="003C1E97">
        <w:trPr>
          <w:trHeight w:val="360"/>
        </w:trPr>
        <w:tc>
          <w:tcPr>
            <w:tcW w:w="7656" w:type="dxa"/>
          </w:tcPr>
          <w:p w:rsidR="007177C8" w:rsidRDefault="007177C8" w:rsidP="007177C8">
            <w:r w:rsidRPr="00744F33">
              <w:rPr>
                <w:b/>
                <w:bCs/>
              </w:rPr>
              <w:lastRenderedPageBreak/>
              <w:t>Substitute Teacher: State College Area School District</w:t>
            </w:r>
            <w:r>
              <w:t xml:space="preserve"> — State College, PA</w:t>
            </w:r>
          </w:p>
        </w:tc>
        <w:tc>
          <w:tcPr>
            <w:tcW w:w="1704" w:type="dxa"/>
          </w:tcPr>
          <w:p w:rsidR="007177C8" w:rsidRPr="00FF0127" w:rsidRDefault="007177C8" w:rsidP="007177C8">
            <w:pPr>
              <w:jc w:val="right"/>
              <w:rPr>
                <w:b/>
                <w:bCs/>
              </w:rPr>
            </w:pPr>
            <w:r>
              <w:rPr>
                <w:b/>
                <w:bCs/>
              </w:rPr>
              <w:t>2023-</w:t>
            </w:r>
            <w:r w:rsidRPr="004356BE">
              <w:rPr>
                <w:b/>
                <w:bCs/>
              </w:rPr>
              <w:t>Present</w:t>
            </w:r>
          </w:p>
        </w:tc>
      </w:tr>
      <w:tr w:rsidR="007177C8" w:rsidTr="003C1E97">
        <w:trPr>
          <w:trHeight w:val="360"/>
        </w:trPr>
        <w:tc>
          <w:tcPr>
            <w:tcW w:w="7656" w:type="dxa"/>
          </w:tcPr>
          <w:p w:rsidR="007177C8" w:rsidRDefault="007177C8" w:rsidP="007177C8">
            <w:r>
              <w:t xml:space="preserve">Taught for music classes throughout the district K–12 general music, ensemble rehearsals, and classroom instruction. Followed teacher lesson and/or rehearsal instructions during their absence. Covered other subjects at the direction of office staff. </w:t>
            </w:r>
          </w:p>
          <w:p w:rsidR="003C1E97" w:rsidRDefault="003C1E97" w:rsidP="007177C8"/>
        </w:tc>
        <w:tc>
          <w:tcPr>
            <w:tcW w:w="1704" w:type="dxa"/>
          </w:tcPr>
          <w:p w:rsidR="007177C8" w:rsidRPr="00FF0127" w:rsidRDefault="007177C8" w:rsidP="007177C8">
            <w:pPr>
              <w:jc w:val="right"/>
              <w:rPr>
                <w:b/>
                <w:bCs/>
              </w:rPr>
            </w:pPr>
          </w:p>
        </w:tc>
      </w:tr>
      <w:tr w:rsidR="007177C8" w:rsidTr="003C1E97">
        <w:trPr>
          <w:trHeight w:val="360"/>
        </w:trPr>
        <w:tc>
          <w:tcPr>
            <w:tcW w:w="7656" w:type="dxa"/>
          </w:tcPr>
          <w:p w:rsidR="007177C8" w:rsidRDefault="007177C8" w:rsidP="007177C8">
            <w:r w:rsidRPr="00744F33">
              <w:rPr>
                <w:b/>
                <w:bCs/>
              </w:rPr>
              <w:t>Staff Assistant: State College Area School District</w:t>
            </w:r>
            <w:r w:rsidR="00916199">
              <w:rPr>
                <w:b/>
                <w:bCs/>
              </w:rPr>
              <w:t>, C</w:t>
            </w:r>
            <w:r w:rsidR="004356BE">
              <w:rPr>
                <w:b/>
                <w:bCs/>
              </w:rPr>
              <w:t xml:space="preserve">ommunity </w:t>
            </w:r>
            <w:r w:rsidR="00916199">
              <w:rPr>
                <w:b/>
                <w:bCs/>
              </w:rPr>
              <w:t>E</w:t>
            </w:r>
            <w:r w:rsidR="004356BE">
              <w:rPr>
                <w:b/>
                <w:bCs/>
              </w:rPr>
              <w:t xml:space="preserve">ducation </w:t>
            </w:r>
            <w:r w:rsidR="00916199">
              <w:rPr>
                <w:b/>
                <w:bCs/>
              </w:rPr>
              <w:t>E</w:t>
            </w:r>
            <w:r w:rsidR="004356BE">
              <w:rPr>
                <w:b/>
                <w:bCs/>
              </w:rPr>
              <w:t xml:space="preserve">xtended </w:t>
            </w:r>
            <w:r w:rsidR="00916199">
              <w:rPr>
                <w:b/>
                <w:bCs/>
              </w:rPr>
              <w:t>L</w:t>
            </w:r>
            <w:r w:rsidR="004356BE">
              <w:rPr>
                <w:b/>
                <w:bCs/>
              </w:rPr>
              <w:t>earning Program</w:t>
            </w:r>
            <w:r>
              <w:t xml:space="preserve"> – State College, PA</w:t>
            </w:r>
          </w:p>
          <w:p w:rsidR="007177C8" w:rsidRPr="004356BE" w:rsidRDefault="007177C8" w:rsidP="004356BE">
            <w:pPr>
              <w:rPr>
                <w:b/>
                <w:bCs/>
              </w:rPr>
            </w:pPr>
            <w:r>
              <w:t>Radio Park Elementary</w:t>
            </w:r>
          </w:p>
          <w:p w:rsidR="00BA08FC" w:rsidRPr="007177C8" w:rsidRDefault="00BA08FC" w:rsidP="00BA08FC">
            <w:pPr>
              <w:pStyle w:val="ListParagraph"/>
              <w:rPr>
                <w:b/>
                <w:bCs/>
              </w:rPr>
            </w:pPr>
          </w:p>
        </w:tc>
        <w:tc>
          <w:tcPr>
            <w:tcW w:w="1704" w:type="dxa"/>
          </w:tcPr>
          <w:p w:rsidR="007177C8" w:rsidRPr="00FF0127" w:rsidRDefault="007177C8" w:rsidP="007177C8">
            <w:pPr>
              <w:jc w:val="right"/>
              <w:rPr>
                <w:b/>
                <w:bCs/>
              </w:rPr>
            </w:pPr>
            <w:r>
              <w:rPr>
                <w:b/>
                <w:bCs/>
              </w:rPr>
              <w:t>2025- Fall</w:t>
            </w:r>
          </w:p>
        </w:tc>
      </w:tr>
      <w:tr w:rsidR="007177C8" w:rsidTr="003C1E97">
        <w:trPr>
          <w:trHeight w:val="360"/>
        </w:trPr>
        <w:tc>
          <w:tcPr>
            <w:tcW w:w="7656" w:type="dxa"/>
          </w:tcPr>
          <w:p w:rsidR="007177C8" w:rsidRDefault="00F56795" w:rsidP="007177C8">
            <w:r>
              <w:t>Work as part of a team of CEEL staff members</w:t>
            </w:r>
            <w:r w:rsidR="007177C8">
              <w:t xml:space="preserve"> in fostering a fun and engaging</w:t>
            </w:r>
            <w:r>
              <w:t xml:space="preserve">, extracurricular, </w:t>
            </w:r>
            <w:r w:rsidR="007177C8">
              <w:t xml:space="preserve">continued education experience for program participants grades K-5. </w:t>
            </w:r>
            <w:r>
              <w:t>Primarily responsible for leading the “Green Group” consisting of kindergarteners and 1</w:t>
            </w:r>
            <w:r w:rsidRPr="00F56795">
              <w:rPr>
                <w:vertAlign w:val="superscript"/>
              </w:rPr>
              <w:t>st</w:t>
            </w:r>
            <w:r>
              <w:t xml:space="preserve"> graders.</w:t>
            </w:r>
          </w:p>
          <w:p w:rsidR="00BA08FC" w:rsidRPr="007177C8" w:rsidRDefault="00BA08FC" w:rsidP="007177C8"/>
        </w:tc>
        <w:tc>
          <w:tcPr>
            <w:tcW w:w="1704" w:type="dxa"/>
          </w:tcPr>
          <w:p w:rsidR="007177C8" w:rsidRDefault="007177C8" w:rsidP="007177C8">
            <w:pPr>
              <w:jc w:val="right"/>
              <w:rPr>
                <w:b/>
                <w:bCs/>
              </w:rPr>
            </w:pPr>
          </w:p>
        </w:tc>
      </w:tr>
      <w:tr w:rsidR="00F56795" w:rsidTr="003C1E97">
        <w:trPr>
          <w:trHeight w:val="360"/>
        </w:trPr>
        <w:tc>
          <w:tcPr>
            <w:tcW w:w="7656" w:type="dxa"/>
          </w:tcPr>
          <w:p w:rsidR="00F56795" w:rsidRDefault="00F56795" w:rsidP="00F56795">
            <w:r>
              <w:rPr>
                <w:b/>
                <w:bCs/>
              </w:rPr>
              <w:t>Music Teacher</w:t>
            </w:r>
            <w:r w:rsidRPr="00744F33">
              <w:rPr>
                <w:b/>
                <w:bCs/>
              </w:rPr>
              <w:t xml:space="preserve">: </w:t>
            </w:r>
            <w:r w:rsidR="007A1A43">
              <w:rPr>
                <w:b/>
                <w:bCs/>
              </w:rPr>
              <w:t>Music Explorers via L.A. Art Explorers</w:t>
            </w:r>
            <w:r w:rsidR="00916199">
              <w:rPr>
                <w:b/>
                <w:bCs/>
              </w:rPr>
              <w:t xml:space="preserve"> for </w:t>
            </w:r>
            <w:r w:rsidRPr="00744F33">
              <w:rPr>
                <w:b/>
                <w:bCs/>
              </w:rPr>
              <w:t>State College Area School Distric</w:t>
            </w:r>
            <w:r w:rsidR="00916199">
              <w:rPr>
                <w:b/>
                <w:bCs/>
              </w:rPr>
              <w:t>t, CEEL</w:t>
            </w:r>
            <w:r>
              <w:t>– State College, PA</w:t>
            </w:r>
          </w:p>
          <w:p w:rsidR="00F56795" w:rsidRDefault="00F56795" w:rsidP="004356BE">
            <w:r>
              <w:t xml:space="preserve">Ferguson </w:t>
            </w:r>
            <w:r w:rsidR="00B14833">
              <w:t>Township El.</w:t>
            </w:r>
            <w:r>
              <w:t>, Spring Creek El., Westerly Parkway El.</w:t>
            </w:r>
            <w:r w:rsidR="00B14833">
              <w:t>, Park Forest El., Greys Woods El.</w:t>
            </w:r>
          </w:p>
          <w:p w:rsidR="00BA08FC" w:rsidRDefault="00BA08FC" w:rsidP="00BA08FC">
            <w:pPr>
              <w:pStyle w:val="ListParagraph"/>
            </w:pPr>
          </w:p>
        </w:tc>
        <w:tc>
          <w:tcPr>
            <w:tcW w:w="1704" w:type="dxa"/>
          </w:tcPr>
          <w:p w:rsidR="00F56795" w:rsidRDefault="00F56795" w:rsidP="007177C8">
            <w:pPr>
              <w:jc w:val="right"/>
              <w:rPr>
                <w:b/>
                <w:bCs/>
              </w:rPr>
            </w:pPr>
            <w:r>
              <w:rPr>
                <w:b/>
                <w:bCs/>
              </w:rPr>
              <w:t>2023-2024</w:t>
            </w:r>
          </w:p>
        </w:tc>
      </w:tr>
      <w:tr w:rsidR="00F56795" w:rsidTr="003C1E97">
        <w:trPr>
          <w:trHeight w:val="360"/>
        </w:trPr>
        <w:tc>
          <w:tcPr>
            <w:tcW w:w="7656" w:type="dxa"/>
          </w:tcPr>
          <w:p w:rsidR="00F56795" w:rsidRDefault="00916199" w:rsidP="007177C8">
            <w:r>
              <w:t xml:space="preserve">Music teacher provider </w:t>
            </w:r>
            <w:r w:rsidR="00B14833">
              <w:t xml:space="preserve">for one class of students in the CEEL program at each of the five schools weekly. Created lesson plans and programed music experiences </w:t>
            </w:r>
            <w:r w:rsidR="007A1A43">
              <w:t>building from the units developed for “Sports and Shorts.” Experiences involved</w:t>
            </w:r>
            <w:r w:rsidR="00B14833">
              <w:t xml:space="preserve"> exploration of songwriting, creative play, music of world cultures, pop-culture, acting out scenes to orchestral works, movement and performance-skill based games, and more. </w:t>
            </w:r>
          </w:p>
          <w:p w:rsidR="00BA08FC" w:rsidRDefault="00BA08FC" w:rsidP="007177C8"/>
        </w:tc>
        <w:tc>
          <w:tcPr>
            <w:tcW w:w="1704" w:type="dxa"/>
          </w:tcPr>
          <w:p w:rsidR="00F56795" w:rsidRDefault="00F56795" w:rsidP="007177C8">
            <w:pPr>
              <w:jc w:val="right"/>
              <w:rPr>
                <w:b/>
                <w:bCs/>
              </w:rPr>
            </w:pPr>
          </w:p>
        </w:tc>
      </w:tr>
      <w:tr w:rsidR="00B14833" w:rsidTr="003C1E97">
        <w:trPr>
          <w:trHeight w:val="360"/>
        </w:trPr>
        <w:tc>
          <w:tcPr>
            <w:tcW w:w="7656" w:type="dxa"/>
          </w:tcPr>
          <w:p w:rsidR="00916199" w:rsidRDefault="00916199" w:rsidP="00916199">
            <w:r>
              <w:rPr>
                <w:b/>
                <w:bCs/>
              </w:rPr>
              <w:t>Music Teacher</w:t>
            </w:r>
            <w:r w:rsidRPr="00744F33">
              <w:rPr>
                <w:b/>
                <w:bCs/>
              </w:rPr>
              <w:t xml:space="preserve">: </w:t>
            </w:r>
            <w:r>
              <w:rPr>
                <w:b/>
                <w:bCs/>
              </w:rPr>
              <w:t xml:space="preserve">Music Explorers via L.A. Art Explorers for </w:t>
            </w:r>
            <w:r w:rsidRPr="00744F33">
              <w:rPr>
                <w:b/>
                <w:bCs/>
              </w:rPr>
              <w:t>State College Area School Distric</w:t>
            </w:r>
            <w:r>
              <w:rPr>
                <w:b/>
                <w:bCs/>
              </w:rPr>
              <w:t>t, CEEL</w:t>
            </w:r>
            <w:r>
              <w:t>– State College, PA</w:t>
            </w:r>
          </w:p>
          <w:p w:rsidR="00B14833" w:rsidRDefault="007A1A43" w:rsidP="004356BE">
            <w:r>
              <w:t xml:space="preserve">Mt. Nittany El.: </w:t>
            </w:r>
            <w:r w:rsidR="00B14833">
              <w:t>Sports and Shorts Summer Camp, two summers</w:t>
            </w:r>
          </w:p>
          <w:p w:rsidR="00BA08FC" w:rsidRDefault="00BA08FC" w:rsidP="00BA08FC">
            <w:pPr>
              <w:pStyle w:val="ListParagraph"/>
            </w:pPr>
          </w:p>
        </w:tc>
        <w:tc>
          <w:tcPr>
            <w:tcW w:w="1704" w:type="dxa"/>
          </w:tcPr>
          <w:p w:rsidR="00B14833" w:rsidRDefault="00B14833" w:rsidP="007177C8">
            <w:pPr>
              <w:jc w:val="right"/>
              <w:rPr>
                <w:b/>
                <w:bCs/>
              </w:rPr>
            </w:pPr>
            <w:r>
              <w:rPr>
                <w:b/>
                <w:bCs/>
              </w:rPr>
              <w:t>2023-2024</w:t>
            </w:r>
          </w:p>
        </w:tc>
      </w:tr>
      <w:tr w:rsidR="00B14833" w:rsidTr="003C1E97">
        <w:trPr>
          <w:trHeight w:val="360"/>
        </w:trPr>
        <w:tc>
          <w:tcPr>
            <w:tcW w:w="7656" w:type="dxa"/>
          </w:tcPr>
          <w:p w:rsidR="00B14833" w:rsidRDefault="00916199" w:rsidP="007177C8">
            <w:r>
              <w:t xml:space="preserve">Music teacher provider for 8-Week summer camp. Designed and taught </w:t>
            </w:r>
            <w:r w:rsidR="004356BE">
              <w:t>four</w:t>
            </w:r>
            <w:r>
              <w:t xml:space="preserve"> music exploration units</w:t>
            </w:r>
            <w:r w:rsidR="00001265">
              <w:t xml:space="preserve"> delivered as </w:t>
            </w:r>
            <w:r>
              <w:t>two classes each day</w:t>
            </w:r>
            <w:r w:rsidR="002A5798">
              <w:t xml:space="preserve">, each </w:t>
            </w:r>
            <w:r>
              <w:t xml:space="preserve">week. Each unit was available twice over the program for students to sign-up for. </w:t>
            </w:r>
          </w:p>
          <w:p w:rsidR="00BA08FC" w:rsidRDefault="00BA08FC" w:rsidP="007177C8"/>
        </w:tc>
        <w:tc>
          <w:tcPr>
            <w:tcW w:w="1704" w:type="dxa"/>
          </w:tcPr>
          <w:p w:rsidR="00B14833" w:rsidRDefault="00B14833" w:rsidP="007177C8">
            <w:pPr>
              <w:jc w:val="right"/>
              <w:rPr>
                <w:b/>
                <w:bCs/>
              </w:rPr>
            </w:pPr>
          </w:p>
        </w:tc>
      </w:tr>
      <w:tr w:rsidR="00916199" w:rsidTr="003C1E97">
        <w:trPr>
          <w:trHeight w:val="360"/>
        </w:trPr>
        <w:tc>
          <w:tcPr>
            <w:tcW w:w="7656" w:type="dxa"/>
          </w:tcPr>
          <w:p w:rsidR="00916199" w:rsidRPr="00EB5441" w:rsidRDefault="00EB5441" w:rsidP="007177C8">
            <w:r w:rsidRPr="00EB5441">
              <w:rPr>
                <w:b/>
                <w:bCs/>
              </w:rPr>
              <w:t>Minister of Music</w:t>
            </w:r>
            <w:r>
              <w:rPr>
                <w:b/>
                <w:bCs/>
              </w:rPr>
              <w:t xml:space="preserve">: </w:t>
            </w:r>
            <w:proofErr w:type="spellStart"/>
            <w:r>
              <w:rPr>
                <w:b/>
                <w:bCs/>
              </w:rPr>
              <w:t>Fairbrook</w:t>
            </w:r>
            <w:proofErr w:type="spellEnd"/>
            <w:r>
              <w:rPr>
                <w:b/>
                <w:bCs/>
              </w:rPr>
              <w:t xml:space="preserve"> United Methodist Church, </w:t>
            </w:r>
            <w:proofErr w:type="spellStart"/>
            <w:r>
              <w:t>Ramblewood</w:t>
            </w:r>
            <w:proofErr w:type="spellEnd"/>
            <w:r w:rsidR="004356BE">
              <w:t>,</w:t>
            </w:r>
            <w:r>
              <w:t xml:space="preserve"> PA </w:t>
            </w:r>
          </w:p>
        </w:tc>
        <w:tc>
          <w:tcPr>
            <w:tcW w:w="1704" w:type="dxa"/>
          </w:tcPr>
          <w:p w:rsidR="00916199" w:rsidRDefault="00EB5441" w:rsidP="007177C8">
            <w:pPr>
              <w:jc w:val="right"/>
              <w:rPr>
                <w:b/>
                <w:bCs/>
              </w:rPr>
            </w:pPr>
            <w:r>
              <w:rPr>
                <w:b/>
                <w:bCs/>
              </w:rPr>
              <w:t>2023-</w:t>
            </w:r>
            <w:r w:rsidRPr="004356BE">
              <w:rPr>
                <w:b/>
                <w:bCs/>
              </w:rPr>
              <w:t>Present</w:t>
            </w:r>
          </w:p>
        </w:tc>
      </w:tr>
      <w:tr w:rsidR="00916199" w:rsidTr="003C1E97">
        <w:trPr>
          <w:trHeight w:val="360"/>
        </w:trPr>
        <w:tc>
          <w:tcPr>
            <w:tcW w:w="7656" w:type="dxa"/>
          </w:tcPr>
          <w:p w:rsidR="00916199" w:rsidRDefault="00EB5441" w:rsidP="007177C8">
            <w:r>
              <w:t xml:space="preserve">Select congregational hymns and music for weekly and seasonal worship experiences. Lead the congregation in worship through contemporary and traditional music with voice, piano, and guitar. Foster the musical gifts of congregation members with opportunities to perform. </w:t>
            </w:r>
          </w:p>
          <w:p w:rsidR="00BA08FC" w:rsidRDefault="00BA08FC" w:rsidP="007177C8"/>
        </w:tc>
        <w:tc>
          <w:tcPr>
            <w:tcW w:w="1704" w:type="dxa"/>
          </w:tcPr>
          <w:p w:rsidR="00916199" w:rsidRDefault="00916199" w:rsidP="007177C8">
            <w:pPr>
              <w:jc w:val="right"/>
              <w:rPr>
                <w:b/>
                <w:bCs/>
              </w:rPr>
            </w:pPr>
          </w:p>
        </w:tc>
      </w:tr>
      <w:tr w:rsidR="00D4222D" w:rsidTr="003C1E97">
        <w:trPr>
          <w:trHeight w:val="360"/>
        </w:trPr>
        <w:tc>
          <w:tcPr>
            <w:tcW w:w="7656" w:type="dxa"/>
          </w:tcPr>
          <w:p w:rsidR="00D4222D" w:rsidRDefault="00D4222D" w:rsidP="00D4222D">
            <w:r>
              <w:rPr>
                <w:b/>
                <w:bCs/>
              </w:rPr>
              <w:t>Director</w:t>
            </w:r>
            <w:r w:rsidRPr="00EB5441">
              <w:rPr>
                <w:b/>
                <w:bCs/>
              </w:rPr>
              <w:t xml:space="preserve"> of Music</w:t>
            </w:r>
            <w:r>
              <w:rPr>
                <w:b/>
                <w:bCs/>
              </w:rPr>
              <w:t>: Albright-Bethune U</w:t>
            </w:r>
            <w:r w:rsidR="004356BE">
              <w:rPr>
                <w:b/>
                <w:bCs/>
              </w:rPr>
              <w:t xml:space="preserve">MC, </w:t>
            </w:r>
            <w:r>
              <w:t>State College, PA</w:t>
            </w:r>
          </w:p>
          <w:p w:rsidR="004356BE" w:rsidRPr="00EB5441" w:rsidRDefault="004356BE" w:rsidP="00D4222D"/>
        </w:tc>
        <w:tc>
          <w:tcPr>
            <w:tcW w:w="1704" w:type="dxa"/>
          </w:tcPr>
          <w:p w:rsidR="00D4222D" w:rsidRDefault="00D4222D" w:rsidP="00D4222D">
            <w:pPr>
              <w:jc w:val="right"/>
              <w:rPr>
                <w:b/>
                <w:bCs/>
              </w:rPr>
            </w:pPr>
            <w:r>
              <w:rPr>
                <w:b/>
                <w:bCs/>
              </w:rPr>
              <w:t>2019-2024</w:t>
            </w:r>
          </w:p>
        </w:tc>
      </w:tr>
      <w:tr w:rsidR="00D4222D" w:rsidTr="003C1E97">
        <w:trPr>
          <w:trHeight w:val="360"/>
        </w:trPr>
        <w:tc>
          <w:tcPr>
            <w:tcW w:w="7656" w:type="dxa"/>
          </w:tcPr>
          <w:p w:rsidR="00D4222D" w:rsidRDefault="00D4222D" w:rsidP="00D4222D">
            <w:r>
              <w:t xml:space="preserve">Navigated all musical aspects of weekly worship services for a historically African-American congregation.  </w:t>
            </w:r>
            <w:r w:rsidR="00BA08FC">
              <w:t xml:space="preserve">Lead worship via </w:t>
            </w:r>
            <w:r>
              <w:t xml:space="preserve">contemporary and traditional music with voice, piano, and guitar. Founded and expanded the </w:t>
            </w:r>
            <w:r>
              <w:lastRenderedPageBreak/>
              <w:t>music ministry</w:t>
            </w:r>
            <w:r w:rsidR="00BA08FC">
              <w:t>. C</w:t>
            </w:r>
            <w:r>
              <w:t>reated paid performance opportunities for</w:t>
            </w:r>
            <w:r w:rsidR="00BA08FC">
              <w:t xml:space="preserve"> Penn State </w:t>
            </w:r>
            <w:r>
              <w:t>students</w:t>
            </w:r>
            <w:r w:rsidR="00BA08FC">
              <w:t>.</w:t>
            </w:r>
            <w:r>
              <w:t xml:space="preserve"> </w:t>
            </w:r>
            <w:r w:rsidR="00BA08FC">
              <w:t>C</w:t>
            </w:r>
            <w:r>
              <w:t>omposed and arranged music for services</w:t>
            </w:r>
            <w:r w:rsidR="00BA08FC">
              <w:t>. R</w:t>
            </w:r>
            <w:r>
              <w:t>ehearsed and conducted ensembles</w:t>
            </w:r>
            <w:r w:rsidR="00BA08FC">
              <w:t>. M</w:t>
            </w:r>
            <w:r>
              <w:t>anaged technical production and streaming</w:t>
            </w:r>
            <w:r w:rsidR="00BA08FC">
              <w:t xml:space="preserve"> for all services</w:t>
            </w:r>
            <w:r>
              <w:t xml:space="preserve">. Ensemble Leadership: </w:t>
            </w:r>
            <w:r w:rsidR="004356BE">
              <w:t>p</w:t>
            </w:r>
            <w:r>
              <w:t xml:space="preserve">raise and </w:t>
            </w:r>
            <w:r w:rsidR="004356BE">
              <w:t>w</w:t>
            </w:r>
            <w:r>
              <w:t xml:space="preserve">orship </w:t>
            </w:r>
            <w:r w:rsidR="004356BE">
              <w:t>t</w:t>
            </w:r>
            <w:r>
              <w:t xml:space="preserve">eam, </w:t>
            </w:r>
            <w:r w:rsidR="004356BE">
              <w:t>y</w:t>
            </w:r>
            <w:r>
              <w:t xml:space="preserve">outh </w:t>
            </w:r>
            <w:r w:rsidR="004356BE">
              <w:t>Christmas</w:t>
            </w:r>
            <w:r>
              <w:t xml:space="preserve"> </w:t>
            </w:r>
            <w:r w:rsidR="004356BE">
              <w:t>b</w:t>
            </w:r>
            <w:r>
              <w:t xml:space="preserve">and, </w:t>
            </w:r>
            <w:r w:rsidR="004356BE">
              <w:t>and c</w:t>
            </w:r>
            <w:r>
              <w:t xml:space="preserve">hurch </w:t>
            </w:r>
            <w:r w:rsidR="004356BE">
              <w:t>c</w:t>
            </w:r>
            <w:r>
              <w:t>hoir.</w:t>
            </w:r>
          </w:p>
          <w:p w:rsidR="007C2EF4" w:rsidRDefault="007C2EF4" w:rsidP="00D4222D"/>
          <w:p w:rsidR="00BA08FC" w:rsidRPr="00D4222D" w:rsidRDefault="00BA08FC" w:rsidP="00D4222D"/>
        </w:tc>
        <w:tc>
          <w:tcPr>
            <w:tcW w:w="1704" w:type="dxa"/>
          </w:tcPr>
          <w:p w:rsidR="00D4222D" w:rsidRDefault="00D4222D" w:rsidP="00D4222D">
            <w:pPr>
              <w:jc w:val="right"/>
              <w:rPr>
                <w:b/>
                <w:bCs/>
              </w:rPr>
            </w:pPr>
          </w:p>
        </w:tc>
      </w:tr>
      <w:tr w:rsidR="00BA08FC" w:rsidTr="003C1E97">
        <w:trPr>
          <w:trHeight w:val="360"/>
        </w:trPr>
        <w:tc>
          <w:tcPr>
            <w:tcW w:w="7656" w:type="dxa"/>
          </w:tcPr>
          <w:p w:rsidR="00BA08FC" w:rsidRDefault="00BA08FC" w:rsidP="00D4222D">
            <w:r w:rsidRPr="00BA08FC">
              <w:rPr>
                <w:b/>
                <w:bCs/>
              </w:rPr>
              <w:t>Private Music Instructor: Jason Adams Music</w:t>
            </w:r>
            <w:r>
              <w:t>, State College, PA</w:t>
            </w:r>
          </w:p>
        </w:tc>
        <w:tc>
          <w:tcPr>
            <w:tcW w:w="1704" w:type="dxa"/>
          </w:tcPr>
          <w:p w:rsidR="00BA08FC" w:rsidRPr="00BA08FC" w:rsidRDefault="00BA08FC" w:rsidP="00D4222D">
            <w:pPr>
              <w:jc w:val="right"/>
              <w:rPr>
                <w:b/>
                <w:bCs/>
                <w:u w:val="single"/>
              </w:rPr>
            </w:pPr>
            <w:r>
              <w:rPr>
                <w:b/>
                <w:bCs/>
              </w:rPr>
              <w:t>2012-</w:t>
            </w:r>
            <w:r w:rsidRPr="004356BE">
              <w:rPr>
                <w:b/>
                <w:bCs/>
              </w:rPr>
              <w:t>Present</w:t>
            </w:r>
          </w:p>
        </w:tc>
      </w:tr>
      <w:tr w:rsidR="00BA08FC" w:rsidTr="003C1E97">
        <w:trPr>
          <w:trHeight w:val="1772"/>
        </w:trPr>
        <w:tc>
          <w:tcPr>
            <w:tcW w:w="7656" w:type="dxa"/>
          </w:tcPr>
          <w:p w:rsidR="00BA08FC" w:rsidRDefault="00BA08FC" w:rsidP="00BA08FC">
            <w:r>
              <w:t>Maintains a private studio of students of all ages beginning as early as 4 years old. Primary instruction includes voice, guitar, piano, songwriting, and music theory</w:t>
            </w:r>
            <w:r w:rsidR="00F3195C">
              <w:t>, audio engineering/recording</w:t>
            </w:r>
            <w:r>
              <w:t xml:space="preserve">. Additional instruction varies with students across all instruments on bass guitar, ukulele, brass, strings, woodwinds, and percussion. Current instrumental students include: </w:t>
            </w:r>
            <w:r w:rsidR="004356BE">
              <w:t>v</w:t>
            </w:r>
            <w:r w:rsidR="00F3195C">
              <w:t xml:space="preserve">oice, </w:t>
            </w:r>
            <w:r w:rsidR="004356BE">
              <w:t>p</w:t>
            </w:r>
            <w:r>
              <w:t xml:space="preserve">iano, guitar, </w:t>
            </w:r>
            <w:r w:rsidR="00F3195C">
              <w:t>flute, violin, cello, and percussion.</w:t>
            </w:r>
          </w:p>
          <w:p w:rsidR="007C2EF4" w:rsidRDefault="007C2EF4" w:rsidP="00BA08FC"/>
          <w:p w:rsidR="00BA08FC" w:rsidRPr="00BA08FC" w:rsidRDefault="00BA08FC" w:rsidP="00D4222D">
            <w:pPr>
              <w:rPr>
                <w:b/>
                <w:bCs/>
              </w:rPr>
            </w:pPr>
          </w:p>
        </w:tc>
        <w:tc>
          <w:tcPr>
            <w:tcW w:w="1704" w:type="dxa"/>
          </w:tcPr>
          <w:p w:rsidR="00BA08FC" w:rsidRDefault="00BA08FC" w:rsidP="00D4222D">
            <w:pPr>
              <w:jc w:val="right"/>
              <w:rPr>
                <w:b/>
                <w:bCs/>
              </w:rPr>
            </w:pPr>
          </w:p>
        </w:tc>
      </w:tr>
      <w:tr w:rsidR="00F3195C" w:rsidTr="003C1E97">
        <w:trPr>
          <w:trHeight w:val="360"/>
        </w:trPr>
        <w:tc>
          <w:tcPr>
            <w:tcW w:w="7656" w:type="dxa"/>
          </w:tcPr>
          <w:p w:rsidR="00F3195C" w:rsidRDefault="00F3195C" w:rsidP="00F3195C">
            <w:r w:rsidRPr="00956CF9">
              <w:rPr>
                <w:b/>
                <w:bCs/>
              </w:rPr>
              <w:t>Composer, Music Director, Actor – Iron Bridge Theater</w:t>
            </w:r>
            <w:r w:rsidRPr="00D87325">
              <w:t xml:space="preserve">- Tyrone, PA </w:t>
            </w:r>
          </w:p>
        </w:tc>
        <w:tc>
          <w:tcPr>
            <w:tcW w:w="1704" w:type="dxa"/>
          </w:tcPr>
          <w:p w:rsidR="00F3195C" w:rsidRPr="00F3195C" w:rsidRDefault="00F3195C" w:rsidP="00F3195C">
            <w:pPr>
              <w:jc w:val="right"/>
              <w:rPr>
                <w:b/>
                <w:bCs/>
              </w:rPr>
            </w:pPr>
            <w:r w:rsidRPr="00F3195C">
              <w:rPr>
                <w:b/>
                <w:bCs/>
              </w:rPr>
              <w:t xml:space="preserve">2012- </w:t>
            </w:r>
            <w:r w:rsidRPr="004356BE">
              <w:rPr>
                <w:b/>
                <w:bCs/>
              </w:rPr>
              <w:t>Present</w:t>
            </w:r>
            <w:r w:rsidRPr="00F3195C">
              <w:rPr>
                <w:b/>
                <w:bCs/>
              </w:rPr>
              <w:t xml:space="preserve"> </w:t>
            </w:r>
          </w:p>
        </w:tc>
      </w:tr>
      <w:tr w:rsidR="00F3195C" w:rsidTr="003C1E97">
        <w:trPr>
          <w:trHeight w:val="360"/>
        </w:trPr>
        <w:tc>
          <w:tcPr>
            <w:tcW w:w="7656" w:type="dxa"/>
          </w:tcPr>
          <w:p w:rsidR="00F3195C" w:rsidRDefault="00F3195C" w:rsidP="00F3195C">
            <w:r>
              <w:t>Regular season actor for dinner theater, family theater, and other events and productions across Central PA. Served as composer, lyricist, music director, recording engineer, and</w:t>
            </w:r>
            <w:r w:rsidR="00956CF9">
              <w:t xml:space="preserve"> lead</w:t>
            </w:r>
            <w:r>
              <w:t xml:space="preserve"> performer for the original children’s theatre production “Big Bad Wolf’s Big Bad Day”</w:t>
            </w:r>
            <w:r w:rsidR="00956CF9">
              <w:t xml:space="preserve"> by Katherine Muller</w:t>
            </w:r>
            <w:r>
              <w:t xml:space="preserve"> premiered at the Mishler Theater in Altoona, PA.</w:t>
            </w:r>
          </w:p>
          <w:p w:rsidR="007C2EF4" w:rsidRPr="00D87325" w:rsidRDefault="007C2EF4" w:rsidP="00F3195C"/>
        </w:tc>
        <w:tc>
          <w:tcPr>
            <w:tcW w:w="1704" w:type="dxa"/>
          </w:tcPr>
          <w:p w:rsidR="00F3195C" w:rsidRPr="00F3195C" w:rsidRDefault="00F3195C" w:rsidP="00F3195C">
            <w:pPr>
              <w:jc w:val="right"/>
              <w:rPr>
                <w:b/>
                <w:bCs/>
              </w:rPr>
            </w:pPr>
          </w:p>
        </w:tc>
      </w:tr>
    </w:tbl>
    <w:p w:rsidR="00F3195C" w:rsidRDefault="00F3195C"/>
    <w:p w:rsidR="00956CF9" w:rsidRPr="00001265" w:rsidRDefault="00956CF9" w:rsidP="00956CF9">
      <w:pPr>
        <w:pBdr>
          <w:bottom w:val="single" w:sz="12" w:space="1" w:color="auto"/>
        </w:pBdr>
        <w:rPr>
          <w:sz w:val="28"/>
          <w:szCs w:val="28"/>
        </w:rPr>
      </w:pPr>
      <w:r>
        <w:rPr>
          <w:b/>
          <w:bCs/>
          <w:sz w:val="28"/>
          <w:szCs w:val="28"/>
        </w:rPr>
        <w:t xml:space="preserve">PERFORMANCE and ARTISTIC </w:t>
      </w:r>
      <w:r w:rsidRPr="00001265">
        <w:rPr>
          <w:b/>
          <w:bCs/>
          <w:sz w:val="28"/>
          <w:szCs w:val="28"/>
        </w:rPr>
        <w:t>EXPERIENCE</w:t>
      </w:r>
    </w:p>
    <w:p w:rsidR="006D1122" w:rsidRDefault="00000000">
      <w:r>
        <w:t>Extensive experience in choral, band, orchestral, and worship settings, including long-term participation in Essence of Joy, PSU choral ensembles, and regional performance groups. Active solo performer and band leader with over 40 original compositions across rock, folk, blues, and Americana styles. Two decades of acting, musical theatre, and ballet experience in community and regional settings.</w:t>
      </w:r>
    </w:p>
    <w:p w:rsidR="00956CF9" w:rsidRPr="00001265" w:rsidRDefault="00956CF9" w:rsidP="00956CF9">
      <w:pPr>
        <w:pBdr>
          <w:bottom w:val="single" w:sz="12" w:space="1" w:color="auto"/>
        </w:pBdr>
        <w:rPr>
          <w:sz w:val="28"/>
          <w:szCs w:val="28"/>
        </w:rPr>
      </w:pPr>
      <w:r>
        <w:rPr>
          <w:b/>
          <w:bCs/>
          <w:sz w:val="28"/>
          <w:szCs w:val="28"/>
        </w:rPr>
        <w:t>AUDIO, TECHNOLOGY, and PRODUCTION</w:t>
      </w:r>
      <w:r w:rsidRPr="00001265">
        <w:rPr>
          <w:b/>
          <w:bCs/>
          <w:sz w:val="28"/>
          <w:szCs w:val="28"/>
        </w:rPr>
        <w:t xml:space="preserve"> </w:t>
      </w:r>
    </w:p>
    <w:p w:rsidR="006D1122" w:rsidRDefault="006600E8">
      <w:r>
        <w:t xml:space="preserve">Beginning with sound and light design for </w:t>
      </w:r>
      <w:r w:rsidR="004356BE">
        <w:t>h</w:t>
      </w:r>
      <w:r>
        <w:t xml:space="preserve">igh </w:t>
      </w:r>
      <w:r w:rsidR="004356BE">
        <w:t>s</w:t>
      </w:r>
      <w:r>
        <w:t xml:space="preserve">chool theater productions in the mid 2000’s and spanning to </w:t>
      </w:r>
      <w:r w:rsidR="004356BE">
        <w:t>original music</w:t>
      </w:r>
      <w:r>
        <w:t xml:space="preserve"> recording sessions at studios in Nashville. Almost 20 years of experience in live sound engineering, studio recording, mixing, and mastering for music, theatre, and spoken-word projects. </w:t>
      </w:r>
      <w:r w:rsidR="004356BE">
        <w:t>Managed The Music Mart for just over six years</w:t>
      </w:r>
      <w:r>
        <w:t xml:space="preserve"> with expertise in instrument repair, music technology, equipment maintenance, and live event production.</w:t>
      </w:r>
      <w:r w:rsidR="004356BE">
        <w:t xml:space="preserve"> A detailed music technology write up is included on my portfolio website.</w:t>
      </w:r>
    </w:p>
    <w:p w:rsidR="006D1122" w:rsidRDefault="006D1122"/>
    <w:sectPr w:rsidR="006D1122" w:rsidSect="007E624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36FCE" w:rsidRDefault="00B36FCE" w:rsidP="005639C9">
      <w:pPr>
        <w:spacing w:after="0" w:line="240" w:lineRule="auto"/>
      </w:pPr>
      <w:r>
        <w:separator/>
      </w:r>
    </w:p>
  </w:endnote>
  <w:endnote w:type="continuationSeparator" w:id="0">
    <w:p w:rsidR="00B36FCE" w:rsidRDefault="00B36FCE" w:rsidP="00563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36FCE" w:rsidRDefault="00B36FCE" w:rsidP="005639C9">
      <w:pPr>
        <w:spacing w:after="0" w:line="240" w:lineRule="auto"/>
      </w:pPr>
      <w:r>
        <w:separator/>
      </w:r>
    </w:p>
  </w:footnote>
  <w:footnote w:type="continuationSeparator" w:id="0">
    <w:p w:rsidR="00B36FCE" w:rsidRDefault="00B36FCE" w:rsidP="005639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639C9" w:rsidRDefault="005639C9" w:rsidP="005639C9">
    <w:pPr>
      <w:pStyle w:val="Header"/>
    </w:pPr>
    <w:r>
      <w:rPr>
        <w:noProof/>
      </w:rPr>
      <mc:AlternateContent>
        <mc:Choice Requires="wps">
          <w:drawing>
            <wp:anchor distT="0" distB="0" distL="114300" distR="114300" simplePos="0" relativeHeight="251659264" behindDoc="0" locked="0" layoutInCell="1" allowOverlap="1">
              <wp:simplePos x="0" y="0"/>
              <wp:positionH relativeFrom="page">
                <wp:align>center</wp:align>
              </wp:positionH>
              <mc:AlternateContent>
                <mc:Choice Requires="wp14">
                  <wp:positionV relativeFrom="page">
                    <wp14:pctPosVOffset>3000</wp14:pctPosVOffset>
                  </wp:positionV>
                </mc:Choice>
                <mc:Fallback>
                  <wp:positionV relativeFrom="page">
                    <wp:posOffset>301625</wp:posOffset>
                  </wp:positionV>
                </mc:Fallback>
              </mc:AlternateContent>
              <wp:extent cx="914400" cy="283464"/>
              <wp:effectExtent l="0" t="0" r="1270" b="2540"/>
              <wp:wrapNone/>
              <wp:docPr id="47" name="Rectangle 25"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rsidR="005639C9" w:rsidRDefault="005639C9">
                              <w:pPr>
                                <w:pStyle w:val="NoSpacing"/>
                                <w:jc w:val="center"/>
                                <w:rPr>
                                  <w:b/>
                                  <w:caps/>
                                  <w:spacing w:val="20"/>
                                  <w:sz w:val="28"/>
                                  <w:szCs w:val="28"/>
                                </w:rPr>
                              </w:pPr>
                              <w:r>
                                <w:rPr>
                                  <w:b/>
                                  <w:caps/>
                                  <w:spacing w:val="20"/>
                                  <w:sz w:val="28"/>
                                  <w:szCs w:val="28"/>
                                </w:rPr>
                                <w:t>JAson Michael Adams</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id="Rectangle 25" o:spid="_x0000_s1026" alt="Title: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" fillcolor="#1f497d [3215]" stroked="f" strokeweight="2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rsidR="005639C9" w:rsidRDefault="005639C9">
                        <w:pPr>
                          <w:pStyle w:val="NoSpacing"/>
                          <w:jc w:val="center"/>
                          <w:rPr>
                            <w:b/>
                            <w:caps/>
                            <w:spacing w:val="20"/>
                            <w:sz w:val="28"/>
                            <w:szCs w:val="28"/>
                          </w:rPr>
                        </w:pPr>
                        <w:r>
                          <w:rPr>
                            <w:b/>
                            <w:caps/>
                            <w:spacing w:val="20"/>
                            <w:sz w:val="28"/>
                            <w:szCs w:val="28"/>
                          </w:rPr>
                          <w:t>JAson Michael Adams</w:t>
                        </w:r>
                      </w:p>
                    </w:sdtContent>
                  </w:sdt>
                </w:txbxContent>
              </v:textbox>
              <w10:wrap anchorx="page" anchory="page"/>
            </v:rect>
          </w:pict>
        </mc:Fallback>
      </mc:AlternateContent>
    </w:r>
  </w:p>
  <w:p w:rsidR="005639C9" w:rsidRDefault="00AD42BA" w:rsidP="005639C9">
    <w:r>
      <w:t xml:space="preserve">Music </w:t>
    </w:r>
    <w:r w:rsidR="005639C9">
      <w:t xml:space="preserve">Educator | </w:t>
    </w:r>
    <w:r>
      <w:t>Composer</w:t>
    </w:r>
    <w:r w:rsidR="005639C9">
      <w:t xml:space="preserve"> | Curriculum Designer | </w:t>
    </w:r>
    <w:r w:rsidR="004356BE">
      <w:t>multi-instrumentalist</w:t>
    </w:r>
  </w:p>
  <w:p w:rsidR="005639C9" w:rsidRDefault="005639C9" w:rsidP="005639C9">
    <w:r>
      <w:t>State College, PA | jasonadamsarts@gmail.com | 814-571-5119</w:t>
    </w:r>
  </w:p>
  <w:p w:rsidR="005639C9" w:rsidRDefault="005639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D151A81"/>
    <w:multiLevelType w:val="hybridMultilevel"/>
    <w:tmpl w:val="EC6ECC36"/>
    <w:lvl w:ilvl="0" w:tplc="00866F30">
      <w:start w:val="202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462CAB"/>
    <w:multiLevelType w:val="hybridMultilevel"/>
    <w:tmpl w:val="5596EB40"/>
    <w:lvl w:ilvl="0" w:tplc="740A0DD8">
      <w:start w:val="202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0B2251"/>
    <w:multiLevelType w:val="hybridMultilevel"/>
    <w:tmpl w:val="391EBB96"/>
    <w:lvl w:ilvl="0" w:tplc="6FC0968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2314D2"/>
    <w:multiLevelType w:val="hybridMultilevel"/>
    <w:tmpl w:val="4DECD7DA"/>
    <w:lvl w:ilvl="0" w:tplc="D688DCC6">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2567817">
    <w:abstractNumId w:val="8"/>
  </w:num>
  <w:num w:numId="2" w16cid:durableId="1546404130">
    <w:abstractNumId w:val="6"/>
  </w:num>
  <w:num w:numId="3" w16cid:durableId="955909485">
    <w:abstractNumId w:val="5"/>
  </w:num>
  <w:num w:numId="4" w16cid:durableId="1583097880">
    <w:abstractNumId w:val="4"/>
  </w:num>
  <w:num w:numId="5" w16cid:durableId="1710491126">
    <w:abstractNumId w:val="7"/>
  </w:num>
  <w:num w:numId="6" w16cid:durableId="1375350868">
    <w:abstractNumId w:val="3"/>
  </w:num>
  <w:num w:numId="7" w16cid:durableId="1526556365">
    <w:abstractNumId w:val="2"/>
  </w:num>
  <w:num w:numId="8" w16cid:durableId="1342508515">
    <w:abstractNumId w:val="1"/>
  </w:num>
  <w:num w:numId="9" w16cid:durableId="611477030">
    <w:abstractNumId w:val="0"/>
  </w:num>
  <w:num w:numId="10" w16cid:durableId="688411314">
    <w:abstractNumId w:val="11"/>
  </w:num>
  <w:num w:numId="11" w16cid:durableId="1429544143">
    <w:abstractNumId w:val="12"/>
  </w:num>
  <w:num w:numId="12" w16cid:durableId="1865902493">
    <w:abstractNumId w:val="9"/>
  </w:num>
  <w:num w:numId="13" w16cid:durableId="3501090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265"/>
    <w:rsid w:val="00034616"/>
    <w:rsid w:val="0006063C"/>
    <w:rsid w:val="000C59F1"/>
    <w:rsid w:val="000F3BDF"/>
    <w:rsid w:val="00100CE2"/>
    <w:rsid w:val="0015074B"/>
    <w:rsid w:val="0029639D"/>
    <w:rsid w:val="002A5798"/>
    <w:rsid w:val="00326F90"/>
    <w:rsid w:val="003C1E97"/>
    <w:rsid w:val="004356BE"/>
    <w:rsid w:val="004527BB"/>
    <w:rsid w:val="004F5BF0"/>
    <w:rsid w:val="005639C9"/>
    <w:rsid w:val="00650681"/>
    <w:rsid w:val="006600E8"/>
    <w:rsid w:val="006D1122"/>
    <w:rsid w:val="007177C8"/>
    <w:rsid w:val="00744F33"/>
    <w:rsid w:val="007A1A43"/>
    <w:rsid w:val="007C2EF4"/>
    <w:rsid w:val="007E624E"/>
    <w:rsid w:val="00881D02"/>
    <w:rsid w:val="008D5B10"/>
    <w:rsid w:val="00916199"/>
    <w:rsid w:val="00954F21"/>
    <w:rsid w:val="00956CF9"/>
    <w:rsid w:val="009A0325"/>
    <w:rsid w:val="00AA1D8D"/>
    <w:rsid w:val="00AD42BA"/>
    <w:rsid w:val="00AF50FC"/>
    <w:rsid w:val="00B14833"/>
    <w:rsid w:val="00B36FCE"/>
    <w:rsid w:val="00B47730"/>
    <w:rsid w:val="00BA08FC"/>
    <w:rsid w:val="00C34283"/>
    <w:rsid w:val="00CB0664"/>
    <w:rsid w:val="00D4222D"/>
    <w:rsid w:val="00E07620"/>
    <w:rsid w:val="00EB5441"/>
    <w:rsid w:val="00EF0E97"/>
    <w:rsid w:val="00F3195C"/>
    <w:rsid w:val="00F56795"/>
    <w:rsid w:val="00F82662"/>
    <w:rsid w:val="00FC693F"/>
    <w:rsid w:val="00FF01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77C831"/>
  <w14:defaultImageDpi w14:val="300"/>
  <w15:docId w15:val="{502F3379-E6A5-2542-8033-7A81C1E5D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1020</Words>
  <Characters>5817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JAson Michael Adams</vt:lpstr>
    </vt:vector>
  </TitlesOfParts>
  <Manager/>
  <Company/>
  <LinksUpToDate>false</LinksUpToDate>
  <CharactersWithSpaces>6824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JAson Michael Adams</dc:title>
  <dc:subject/>
  <dc:creator>python-docx</dc:creator>
  <cp:keywords/>
  <dc:description>generated by python-docx</dc:description>
  <cp:lastModifiedBy>Adams, Jason Michael</cp:lastModifiedBy>
  <cp:revision>2</cp:revision>
  <cp:lastPrinted>2026-03-08T05:00:00Z</cp:lastPrinted>
  <dcterms:created xsi:type="dcterms:W3CDTF">2026-06-01T02:11:00Z</dcterms:created>
  <dcterms:modified xsi:type="dcterms:W3CDTF">2026-06-01T02:11:00Z</dcterms:modified>
  <cp:category/>
</cp:coreProperties>
</file>